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АКТ ВЫПОЛНЕННЫХ РАБОТ</w:t>
      </w:r>
    </w:p>
    <w:p>
      <w:r>
        <w:rPr>
          <w:color w:val="6B7680"/>
          <w:sz w:val="18"/>
        </w:rPr>
        <w:t>№ ____ от «____» _______ 20__ г.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ПО ДОГОВОРУ</w:t>
            </w:r>
          </w:p>
        </w:tc>
        <w:tc>
          <w:tcPr>
            <w:tcW w:type="dxa" w:w="4933"/>
          </w:tcPr>
          <w:p>
            <w:r>
              <w:t>к договору № ____ от 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4933"/>
          </w:tcPr>
          <w:p>
            <w:r>
              <w:t>ФИО и статус: ИП или физическое лицо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>
              <w:t>ИТОГО</w:t>
            </w:r>
          </w:p>
        </w:tc>
        <w:tc>
          <w:tcPr>
            <w:tcW w:type="dxa" w:w="1644"/>
          </w:tcPr>
          <w:p>
            <w:r/>
          </w:p>
        </w:tc>
      </w:tr>
    </w:tbl>
    <w:p/>
    <w:p>
      <w:r>
        <w:t>Сумма прописью: ______________________________________________</w:t>
      </w:r>
    </w:p>
    <w:p>
      <w:pPr>
        <w:spacing w:after="40"/>
      </w:pPr>
      <w:r>
        <w:rPr>
          <w:color w:val="6B7680"/>
          <w:sz w:val="18"/>
        </w:rPr>
        <w:t>Объёмы указываются фактические.</w:t>
      </w:r>
    </w:p>
    <w:p>
      <w:r>
        <w:t>Работы выполнены полностью и в срок. Заказчик работы принял, претензий по объёму, качеству и срокам не имеет.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ПОДПИСАНИЯ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АКТ ВЫПОЛНЕННЫХ РАБОТ</w:t>
      </w:r>
    </w:p>
    <w:p>
      <w:r>
        <w:rPr>
          <w:color w:val="6B7680"/>
          <w:sz w:val="18"/>
        </w:rPr>
        <w:t>№ 4 от 22.08.2026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ПО ДОГОВОРУ</w:t>
            </w:r>
          </w:p>
        </w:tc>
        <w:tc>
          <w:tcPr>
            <w:tcW w:type="dxa" w:w="4933"/>
          </w:tcPr>
          <w:p>
            <w:r>
              <w:t>к договору № 2 от 01.08.2026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</w:t>
            </w:r>
          </w:p>
        </w:tc>
        <w:tc>
          <w:tcPr>
            <w:tcW w:type="dxa" w:w="4933"/>
          </w:tcPr>
          <w:p>
            <w:r>
              <w:t>ул. Кенесары, 22, кв. 41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4933"/>
          </w:tcPr>
          <w:p>
            <w:r>
              <w:t>Ерлан С., мастер-отделочник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46,2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73 920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Стяжка по маякам, до 5 см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21,8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39 240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Гидроизоляция санузла, обмазочная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9,4</w:t>
            </w:r>
          </w:p>
        </w:tc>
        <w:tc>
          <w:tcPr>
            <w:tcW w:type="dxa" w:w="1644"/>
          </w:tcPr>
          <w:p>
            <w:r>
              <w:t>900</w:t>
            </w:r>
          </w:p>
        </w:tc>
        <w:tc>
          <w:tcPr>
            <w:tcW w:type="dxa" w:w="1644"/>
          </w:tcPr>
          <w:p>
            <w:r>
              <w:t>8 460</w:t>
            </w:r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>
              <w:t>ИТОГО</w:t>
            </w:r>
          </w:p>
        </w:tc>
        <w:tc>
          <w:tcPr>
            <w:tcW w:type="dxa" w:w="1644"/>
          </w:tcPr>
          <w:p>
            <w:r>
              <w:t>121 620</w:t>
            </w:r>
          </w:p>
        </w:tc>
      </w:tr>
    </w:tbl>
    <w:p/>
    <w:p>
      <w:r>
        <w:t>Сумма прописью: ______________________________________________</w:t>
      </w:r>
    </w:p>
    <w:p>
      <w:r>
        <w:t>Работы выполнены полностью и в срок. Заказчик работы принял, претензий по объёму, качеству и срокам не имеет.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 (ПОДПИСЬ, РАСШИФРОВКА)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ПОДПИСАНИЯ</w:t>
            </w:r>
          </w:p>
        </w:tc>
        <w:tc>
          <w:tcPr>
            <w:tcW w:type="dxa" w:w="4933"/>
          </w:tcPr>
          <w:p>
            <w:r>
              <w:t>22.08.2026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