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ОРЫНДАЛҒАН ЖҰМЫСТАР АКТІСІ</w:t>
      </w:r>
    </w:p>
    <w:p>
      <w:r>
        <w:rPr>
          <w:color w:val="6B7680"/>
          <w:sz w:val="18"/>
        </w:rPr>
        <w:t>№ ____ · «____» _______ 20__ ж.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ШАРТ БОЙЫНША</w:t>
            </w:r>
          </w:p>
        </w:tc>
        <w:tc>
          <w:tcPr>
            <w:tcW w:type="dxa" w:w="4933"/>
          </w:tcPr>
          <w:p>
            <w:r>
              <w:t>№ ____ шартқа, __________ ж.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</w:t>
            </w:r>
          </w:p>
        </w:tc>
        <w:tc>
          <w:tcPr>
            <w:tcW w:type="dxa" w:w="4933"/>
          </w:tcPr>
          <w:p>
            <w:r>
              <w:t>Тегі-аты және мәртебесі: ЖК немесе жеке тұлға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БІР ӨЛШ. БАҒАСЫ,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ЖИЫНЫ</w:t>
            </w:r>
          </w:p>
        </w:tc>
        <w:tc>
          <w:tcPr>
            <w:tcW w:type="dxa" w:w="1644"/>
          </w:tcPr>
          <w:p>
            <w:r/>
          </w:p>
        </w:tc>
      </w:tr>
    </w:tbl>
    <w:p/>
    <w:p>
      <w:r>
        <w:t>Сома жазбаша: ______________________________________________</w:t>
      </w:r>
    </w:p>
    <w:p>
      <w:pPr>
        <w:spacing w:after="40"/>
      </w:pPr>
      <w:r>
        <w:rPr>
          <w:color w:val="6B7680"/>
          <w:sz w:val="18"/>
        </w:rPr>
        <w:t>Көлемдер нақты бойынша жазылады.</w:t>
      </w:r>
    </w:p>
    <w:p>
      <w:r>
        <w:t>Жұмыстар толық және мерзімінде орындалды. Тапсырыс беруші жұмыстарды қабылдады, көлемі, сапасы мен мерзімі бойынша наразылығы жоқ.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 (ҚОЛЫ, ТЕГІ-АТЫ)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ҚОЛ ҚОЙЫЛҒАН КҮНІ</w:t>
            </w:r>
          </w:p>
        </w:tc>
        <w:tc>
          <w:tcPr>
            <w:tcW w:type="dxa" w:w="4933"/>
          </w:tcPr>
          <w:p>
            <w:r>
              <w:t>«____» __________ 20__ ж.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ОРЫНДАЛҒАН ЖҰМЫСТАР АКТІСІ</w:t>
      </w:r>
    </w:p>
    <w:p>
      <w:r>
        <w:rPr>
          <w:color w:val="6B7680"/>
          <w:sz w:val="18"/>
        </w:rPr>
        <w:t>№ 4 · 22.08.2026 ж. · толтырылған мысал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ШАРТ БОЙЫНША</w:t>
            </w:r>
          </w:p>
        </w:tc>
        <w:tc>
          <w:tcPr>
            <w:tcW w:type="dxa" w:w="4933"/>
          </w:tcPr>
          <w:p>
            <w:r>
              <w:t>№ 2 шартқа, 01.08.2026 ж.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НЫСАН</w:t>
            </w:r>
          </w:p>
        </w:tc>
        <w:tc>
          <w:tcPr>
            <w:tcW w:type="dxa" w:w="4933"/>
          </w:tcPr>
          <w:p>
            <w:r>
              <w:t>Кенесары к-сі, 22, 41-пәтер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</w:t>
            </w:r>
          </w:p>
        </w:tc>
        <w:tc>
          <w:tcPr>
            <w:tcW w:type="dxa" w:w="4933"/>
          </w:tcPr>
          <w:p>
            <w:r>
              <w:t>Ерлан С., әрлеу шебері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БІР ӨЛШ. БАҒАСЫ,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46,2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73 920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Маяк бойынша стяжка, 5 см дейін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21,8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39 240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Санторап гидрооқшаулауы, жағылатын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9,4</w:t>
            </w:r>
          </w:p>
        </w:tc>
        <w:tc>
          <w:tcPr>
            <w:tcW w:type="dxa" w:w="1644"/>
          </w:tcPr>
          <w:p>
            <w:r>
              <w:t>900</w:t>
            </w:r>
          </w:p>
        </w:tc>
        <w:tc>
          <w:tcPr>
            <w:tcW w:type="dxa" w:w="1644"/>
          </w:tcPr>
          <w:p>
            <w:r>
              <w:t>8 460</w:t>
            </w:r>
          </w:p>
        </w:tc>
      </w:tr>
      <w:tr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>
              <w:t>ЖИЫНЫ</w:t>
            </w:r>
          </w:p>
        </w:tc>
        <w:tc>
          <w:tcPr>
            <w:tcW w:type="dxa" w:w="1644"/>
          </w:tcPr>
          <w:p>
            <w:r>
              <w:t>121 620</w:t>
            </w:r>
          </w:p>
        </w:tc>
      </w:tr>
    </w:tbl>
    <w:p/>
    <w:p>
      <w:r>
        <w:t>Сома жазбаша: ______________________________________________</w:t>
      </w:r>
    </w:p>
    <w:p>
      <w:r>
        <w:t>Жұмыстар толық және мерзімінде орындалды. Тапсырыс беруші жұмыстарды қабылдады, көлемі, сапасы мен мерзімі бойынша наразылығы жоқ.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ОРЫНДАУШЫ (ҚОЛЫ, ТЕГІ-АТЫ)</w:t>
            </w:r>
          </w:p>
        </w:tc>
        <w:tc>
          <w:tcPr>
            <w:tcW w:type="dxa" w:w="4933"/>
          </w:tcPr>
          <w:p>
            <w:r>
              <w:t>Ерлан С.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ТАПСЫРЫС БЕРУШІ (ҚОЛЫ, ТЕГІ-АТЫ)</w:t>
            </w:r>
          </w:p>
        </w:tc>
        <w:tc>
          <w:tcPr>
            <w:tcW w:type="dxa" w:w="4933"/>
          </w:tcPr>
          <w:p>
            <w:r>
              <w:t>Марат Т.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ҚОЛ ҚОЙЫЛҒАН КҮНІ</w:t>
            </w:r>
          </w:p>
        </w:tc>
        <w:tc>
          <w:tcPr>
            <w:tcW w:type="dxa" w:w="4933"/>
          </w:tcPr>
          <w:p>
            <w:r>
              <w:t>22.08.2026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