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Әрлеу жұмыстары, 18 м² бөлме</w:t>
      </w:r>
    </w:p>
    <w:p>
      <w:r>
        <w:rPr>
          <w:color w:val="D2603A"/>
          <w:sz w:val="16"/>
        </w:rPr>
        <w:t>ҮЛГІ · САНДАР МЫСАЛ ҮШІН, ӨЗІҢІЗДІКІН ҚОЙЫҢЫЗ</w:t>
      </w:r>
    </w:p>
    <w:p>
      <w:r>
        <w:rPr>
          <w:b/>
        </w:rPr>
        <w:t xml:space="preserve">Орындаушы: </w:t>
      </w:r>
      <w:r>
        <w:t>ЖК Ерлан Сериков, әрлеу шебері, ЖСН ____________, тел. +7 ___ ___-__-__</w:t>
      </w:r>
    </w:p>
    <w:p>
      <w:r>
        <w:rPr>
          <w:b/>
        </w:rPr>
        <w:t xml:space="preserve">Тапсырыс беруші және нысан: </w:t>
      </w:r>
      <w:r>
        <w:t>______________________, ____________ қ., ____________ к-сі</w:t>
      </w:r>
    </w:p>
    <w:p>
      <w:r>
        <w:rPr>
          <w:b/>
          <w:sz w:val="22"/>
        </w:rPr>
        <w:t>ЖҰМЫСТАР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Ескі тұсқағазды сыпыру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450</w:t>
            </w:r>
          </w:p>
        </w:tc>
        <w:tc>
          <w:tcPr>
            <w:tcW w:type="dxa" w:w="1644"/>
          </w:tcPr>
          <w:p>
            <w:r>
              <w:t>18 900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Тұсқағаз астына қабырға шпаклёвкасы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2 000</w:t>
            </w:r>
          </w:p>
        </w:tc>
        <w:tc>
          <w:tcPr>
            <w:tcW w:type="dxa" w:w="1644"/>
          </w:tcPr>
          <w:p>
            <w:r>
              <w:t>84 000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Тұсқағаз жапсыру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42</w:t>
            </w:r>
          </w:p>
        </w:tc>
        <w:tc>
          <w:tcPr>
            <w:tcW w:type="dxa" w:w="1644"/>
          </w:tcPr>
          <w:p>
            <w:r>
              <w:t>1 450</w:t>
            </w:r>
          </w:p>
        </w:tc>
        <w:tc>
          <w:tcPr>
            <w:tcW w:type="dxa" w:w="1644"/>
          </w:tcPr>
          <w:p>
            <w:r>
              <w:t>60 900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Розеткалар мен сөндіргіштерді орнату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1 250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жұмыстар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173 800</w:t>
            </w:r>
          </w:p>
        </w:tc>
      </w:tr>
    </w:tbl>
    <w:p/>
    <w:p>
      <w:r>
        <w:rPr>
          <w:b/>
          <w:sz w:val="22"/>
        </w:rPr>
        <w:t>МАТЕРИАЛДАР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БАҒА,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СОМА, ₸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Тұсқағаз</w:t>
            </w:r>
          </w:p>
        </w:tc>
        <w:tc>
          <w:tcPr>
            <w:tcW w:type="dxa" w:w="1644"/>
          </w:tcPr>
          <w:p>
            <w:r>
              <w:t>орам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Желім мен грунтовка</w:t>
            </w:r>
          </w:p>
        </w:tc>
        <w:tc>
          <w:tcPr>
            <w:tcW w:type="dxa" w:w="1644"/>
          </w:tcPr>
          <w:p>
            <w:r>
              <w:t>жинақ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ЖИЫНЫ · материалдар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Барлық жұмыстар: 173 800 ₸</w:t>
      </w:r>
    </w:p>
    <w:p>
      <w:r>
        <w:rPr>
          <w:b/>
          <w:sz w:val="24"/>
        </w:rPr>
        <w:t>ҰСЫНЫС БОЙЫНША ЖИЫНЫ: 173 800 ₸</w:t>
      </w:r>
    </w:p>
    <w:p/>
    <w:p>
      <w:r>
        <w:rPr>
          <w:b/>
          <w:sz w:val="18"/>
        </w:rPr>
        <w:t>МЕРЗІМ МЕН ШАРТТАР</w:t>
      </w:r>
    </w:p>
    <w:p>
      <w:pPr>
        <w:spacing w:after="40"/>
      </w:pPr>
      <w:r>
        <w:t>•  Орындау мерзімі — басталған күннен бастап 7 жұмыс күні.</w:t>
      </w:r>
    </w:p>
    <w:p>
      <w:pPr>
        <w:spacing w:after="40"/>
      </w:pPr>
      <w:r>
        <w:t>•  Материалдардың бағасы қойылмаған: сатып алу бағаңызды жазыңыз, сомалар өзі есептеледі.</w:t>
      </w:r>
    </w:p>
    <w:p>
      <w:pPr>
        <w:spacing w:after="40"/>
      </w:pPr>
      <w:r>
        <w:t>•  Сома ҚҚС-сыз: орындаушы ҚҚС бойынша есепте тұрған жоқ. Есепте тұрсаңыз, қорытындыға ҚҚС жолын қосыңыз.</w:t>
      </w:r>
    </w:p>
    <w:p>
      <w:pPr>
        <w:spacing w:after="40"/>
      </w:pPr>
      <w:r>
        <w:t>•  Жұмыс тапсырылғаннан кейін орындаушы орындалған жұмыс актісін және төлемді растауды береді.</w:t>
      </w:r>
    </w:p>
    <w:p>
      <w:pPr>
        <w:spacing w:after="40"/>
      </w:pPr>
      <w:r>
        <w:t>•  Ұсыныс жасалған күннен бастап 14 күн жарамды.</w:t>
      </w:r>
    </w:p>
    <w:p/>
    <w:p>
      <w:r>
        <w:t>Орындаушы ____________</w:t>
        <w:tab/>
        <w:tab/>
        <w:t>Тапсырыс беруші ____________</w:t>
      </w:r>
    </w:p>
    <w:p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